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E72" w:rsidRDefault="00B2104C">
      <w:pPr>
        <w:jc w:val="center"/>
        <w:rPr>
          <w:rFonts w:hint="eastAsia"/>
        </w:rPr>
      </w:pPr>
      <w:bookmarkStart w:id="0" w:name="_GoBack"/>
      <w:r>
        <w:rPr>
          <w:b/>
          <w:sz w:val="32"/>
        </w:rPr>
        <w:t>HIGH SCHOOL PLANNER</w:t>
      </w:r>
    </w:p>
    <w:bookmarkEnd w:id="0"/>
    <w:p w:rsidR="00EC7E72" w:rsidRDefault="00B2104C">
      <w:pPr>
        <w:jc w:val="center"/>
        <w:rPr>
          <w:rFonts w:hint="eastAsia"/>
        </w:rPr>
      </w:pPr>
      <w:r>
        <w:rPr>
          <w:i/>
          <w:sz w:val="20"/>
        </w:rPr>
        <w:t>Student Academic &amp; Personal Planning Workbook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EC7E72">
        <w:trPr>
          <w:jc w:val="center"/>
        </w:trPr>
        <w:tc>
          <w:tcPr>
            <w:tcW w:w="5256" w:type="dxa"/>
            <w:shd w:val="clear" w:color="auto" w:fill="EAF3F8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</w:rPr>
              <w:t>Student Name</w:t>
            </w:r>
          </w:p>
        </w:tc>
        <w:tc>
          <w:tcPr>
            <w:tcW w:w="5256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5256" w:type="dxa"/>
            <w:shd w:val="clear" w:color="auto" w:fill="EAF3F8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</w:rPr>
              <w:t>School</w:t>
            </w:r>
          </w:p>
        </w:tc>
        <w:tc>
          <w:tcPr>
            <w:tcW w:w="5256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5256" w:type="dxa"/>
            <w:shd w:val="clear" w:color="auto" w:fill="EAF3F8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</w:rPr>
              <w:t>Grade / Form</w:t>
            </w:r>
          </w:p>
        </w:tc>
        <w:tc>
          <w:tcPr>
            <w:tcW w:w="5256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5256" w:type="dxa"/>
            <w:shd w:val="clear" w:color="auto" w:fill="EAF3F8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</w:rPr>
              <w:t>Academic Year</w:t>
            </w:r>
          </w:p>
        </w:tc>
        <w:tc>
          <w:tcPr>
            <w:tcW w:w="5256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5256" w:type="dxa"/>
            <w:shd w:val="clear" w:color="auto" w:fill="EAF3F8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</w:rPr>
              <w:t>Class / Stream</w:t>
            </w:r>
          </w:p>
        </w:tc>
        <w:tc>
          <w:tcPr>
            <w:tcW w:w="5256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EC7E72">
      <w:pPr>
        <w:rPr>
          <w:rFonts w:hint="eastAsia"/>
        </w:rPr>
      </w:pPr>
    </w:p>
    <w:p w:rsidR="00EC7E72" w:rsidRDefault="00B2104C">
      <w:pPr>
        <w:rPr>
          <w:rFonts w:hint="eastAsia"/>
        </w:rPr>
      </w:pPr>
      <w:r>
        <w:rPr>
          <w:b/>
          <w:sz w:val="22"/>
        </w:rPr>
        <w:t>My Academic Goals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EC7E72">
        <w:trPr>
          <w:jc w:val="center"/>
        </w:trPr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Goal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Target Date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Action Steps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Status</w:t>
            </w: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My Subjects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Subject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Teacher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Target Grade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Current Grade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 w:rsidP="00CD7FFD">
      <w:pPr>
        <w:rPr>
          <w:rFonts w:hint="eastAsia"/>
        </w:rPr>
      </w:pPr>
      <w:r>
        <w:br w:type="page"/>
      </w:r>
      <w:r>
        <w:rPr>
          <w:b/>
          <w:sz w:val="32"/>
        </w:rPr>
        <w:lastRenderedPageBreak/>
        <w:t>TERM PLANNER</w:t>
      </w:r>
    </w:p>
    <w:p w:rsidR="00EC7E72" w:rsidRDefault="00B2104C">
      <w:pPr>
        <w:rPr>
          <w:rFonts w:hint="eastAsia"/>
        </w:rPr>
      </w:pPr>
      <w:r>
        <w:rPr>
          <w:b/>
          <w:sz w:val="22"/>
        </w:rPr>
        <w:t>Term 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Week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Key Lessons / Topics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Assignments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Tests / Exams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Important Dates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EC7E72">
        <w:trPr>
          <w:jc w:val="center"/>
        </w:trPr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Event / Activity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Preparation Needed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Done</w:t>
            </w: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WEEKLY STUDY PLANNER</w:t>
      </w:r>
    </w:p>
    <w:p w:rsidR="00EC7E72" w:rsidRDefault="00B2104C">
      <w:pPr>
        <w:rPr>
          <w:rFonts w:hint="eastAsia"/>
        </w:rPr>
      </w:pPr>
      <w:r>
        <w:rPr>
          <w:b/>
          <w:sz w:val="22"/>
        </w:rPr>
        <w:t>Week of: 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2"/>
        <w:gridCol w:w="1752"/>
        <w:gridCol w:w="1752"/>
        <w:gridCol w:w="1752"/>
        <w:gridCol w:w="1752"/>
        <w:gridCol w:w="1752"/>
      </w:tblGrid>
      <w:tr w:rsidR="00EC7E72">
        <w:trPr>
          <w:jc w:val="center"/>
        </w:trPr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Day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School Tasks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Homework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Study / Revision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Activities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Completed</w:t>
            </w: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Weekly Priorities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EC7E72">
        <w:trPr>
          <w:jc w:val="center"/>
        </w:trPr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Priority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Task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Due Date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Status</w:t>
            </w: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DAILY STUDY SCHEDULE</w:t>
      </w:r>
    </w:p>
    <w:p w:rsidR="00EC7E72" w:rsidRDefault="00B2104C">
      <w:pPr>
        <w:rPr>
          <w:rFonts w:hint="eastAsia"/>
        </w:rPr>
      </w:pPr>
      <w:r>
        <w:rPr>
          <w:b/>
          <w:sz w:val="22"/>
        </w:rPr>
        <w:t>Date: ____________________    Day: 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EC7E72">
        <w:trPr>
          <w:jc w:val="center"/>
        </w:trPr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Time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Class / Study Session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Task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Today’s Top 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EC7E72">
        <w:trPr>
          <w:jc w:val="center"/>
        </w:trPr>
        <w:tc>
          <w:tcPr>
            <w:tcW w:w="3504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504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504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EC7E72">
        <w:trPr>
          <w:jc w:val="center"/>
        </w:trPr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End-of-Day Reflection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EC7E72">
        <w:trPr>
          <w:jc w:val="center"/>
        </w:trPr>
        <w:tc>
          <w:tcPr>
            <w:tcW w:w="3504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What I completed</w:t>
            </w:r>
          </w:p>
        </w:tc>
        <w:tc>
          <w:tcPr>
            <w:tcW w:w="3504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What I need to improve</w:t>
            </w:r>
          </w:p>
        </w:tc>
        <w:tc>
          <w:tcPr>
            <w:tcW w:w="3504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Tomorrow's priority</w:t>
            </w:r>
          </w:p>
        </w:tc>
      </w:tr>
      <w:tr w:rsidR="00EC7E72">
        <w:trPr>
          <w:jc w:val="center"/>
        </w:trPr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3504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ASSIGNMENT &amp; PROJECT TRACKER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2"/>
        <w:gridCol w:w="1752"/>
        <w:gridCol w:w="1752"/>
        <w:gridCol w:w="1752"/>
        <w:gridCol w:w="1752"/>
        <w:gridCol w:w="1752"/>
      </w:tblGrid>
      <w:tr w:rsidR="00EC7E72">
        <w:trPr>
          <w:jc w:val="center"/>
        </w:trPr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Subject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Assignment / Project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Date Assigned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Due Date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Priority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Status</w:t>
            </w: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Project Planning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Project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Steps / Milestones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Resources Needed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Deadline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Completed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EXAM &amp; REVISION PLANNER</w:t>
      </w:r>
    </w:p>
    <w:p w:rsidR="00EC7E72" w:rsidRDefault="00B2104C">
      <w:pPr>
        <w:rPr>
          <w:rFonts w:hint="eastAsia"/>
        </w:rPr>
      </w:pPr>
      <w:r>
        <w:rPr>
          <w:b/>
          <w:sz w:val="22"/>
        </w:rPr>
        <w:t>Exam Timetable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Subject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Exam Date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Topics Covered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Target Grade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Preparation Status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Revision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2"/>
        <w:gridCol w:w="1752"/>
        <w:gridCol w:w="1752"/>
        <w:gridCol w:w="1752"/>
        <w:gridCol w:w="1752"/>
        <w:gridCol w:w="1752"/>
      </w:tblGrid>
      <w:tr w:rsidR="00EC7E72">
        <w:trPr>
          <w:jc w:val="center"/>
        </w:trPr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Subject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Topic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Revision Method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Time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Done</w:t>
            </w: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Exam Preparation Checklist</w:t>
      </w:r>
    </w:p>
    <w:p w:rsidR="00EC7E72" w:rsidRDefault="00B2104C">
      <w:pPr>
        <w:spacing w:after="40"/>
        <w:rPr>
          <w:rFonts w:hint="eastAsia"/>
        </w:rPr>
      </w:pPr>
      <w:r>
        <w:t>☐ Review class notes</w:t>
      </w:r>
    </w:p>
    <w:p w:rsidR="00EC7E72" w:rsidRDefault="00B2104C">
      <w:pPr>
        <w:spacing w:after="40"/>
        <w:rPr>
          <w:rFonts w:hint="eastAsia"/>
        </w:rPr>
      </w:pPr>
      <w:r>
        <w:t>☐ Complete revision questions</w:t>
      </w:r>
    </w:p>
    <w:p w:rsidR="00EC7E72" w:rsidRDefault="00B2104C">
      <w:pPr>
        <w:spacing w:after="40"/>
        <w:rPr>
          <w:rFonts w:hint="eastAsia"/>
        </w:rPr>
      </w:pPr>
      <w:r>
        <w:t>☐ Practice past papers</w:t>
      </w:r>
    </w:p>
    <w:p w:rsidR="00EC7E72" w:rsidRDefault="00B2104C">
      <w:pPr>
        <w:spacing w:after="40"/>
        <w:rPr>
          <w:rFonts w:hint="eastAsia"/>
        </w:rPr>
      </w:pPr>
      <w:r>
        <w:t>☐ Ask questions about difficult topics</w:t>
      </w:r>
    </w:p>
    <w:p w:rsidR="00EC7E72" w:rsidRDefault="00B2104C">
      <w:pPr>
        <w:spacing w:after="40"/>
        <w:rPr>
          <w:rFonts w:hint="eastAsia"/>
        </w:rPr>
      </w:pPr>
      <w:r>
        <w:t>☐ Review mistakes</w:t>
      </w:r>
    </w:p>
    <w:p w:rsidR="00EC7E72" w:rsidRDefault="00B2104C">
      <w:pPr>
        <w:spacing w:after="40"/>
        <w:rPr>
          <w:rFonts w:hint="eastAsia"/>
        </w:rPr>
      </w:pPr>
      <w:r>
        <w:t>☐ Prepare required materials</w:t>
      </w:r>
    </w:p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GRADES &amp; PROGRESS TRACKER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2"/>
        <w:gridCol w:w="1752"/>
        <w:gridCol w:w="1752"/>
        <w:gridCol w:w="1752"/>
        <w:gridCol w:w="1752"/>
        <w:gridCol w:w="1752"/>
      </w:tblGrid>
      <w:tr w:rsidR="00EC7E72">
        <w:trPr>
          <w:jc w:val="center"/>
        </w:trPr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Subject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Term 1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Term 2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Term 3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Final / Overall</w:t>
            </w:r>
          </w:p>
        </w:tc>
        <w:tc>
          <w:tcPr>
            <w:tcW w:w="175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Goal</w:t>
            </w: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175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Skills &amp; Habits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Skill / Habit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Current Level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Target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Action Plan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Review Date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SCHOOL LIFE &amp; PERSONAL PLANNER</w:t>
      </w:r>
    </w:p>
    <w:p w:rsidR="00EC7E72" w:rsidRDefault="00B2104C">
      <w:pPr>
        <w:rPr>
          <w:rFonts w:hint="eastAsia"/>
        </w:rPr>
      </w:pPr>
      <w:r>
        <w:rPr>
          <w:b/>
          <w:sz w:val="22"/>
        </w:rPr>
        <w:t>Clubs, Sports &amp; Activities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Activity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Day / Time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Responsibility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Goal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Personal Goals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EC7E72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Goal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Why It Matters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Action Steps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Deadline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Progress</w:t>
            </w: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rPr>
          <w:b/>
          <w:sz w:val="22"/>
        </w:rPr>
        <w:t>Monthly Reflection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EC7E72">
        <w:trPr>
          <w:jc w:val="center"/>
        </w:trPr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What went well?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What was challenging?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What I learned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Next month's focus</w:t>
            </w: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B2104C">
      <w:pPr>
        <w:rPr>
          <w:rFonts w:hint="eastAsia"/>
        </w:rPr>
      </w:pPr>
      <w:r>
        <w:br w:type="page"/>
      </w:r>
    </w:p>
    <w:p w:rsidR="00EC7E72" w:rsidRDefault="00B2104C">
      <w:pPr>
        <w:jc w:val="center"/>
        <w:rPr>
          <w:rFonts w:hint="eastAsia"/>
        </w:rPr>
      </w:pPr>
      <w:r>
        <w:rPr>
          <w:b/>
          <w:sz w:val="32"/>
        </w:rPr>
        <w:lastRenderedPageBreak/>
        <w:t>NOTES &amp; IDEAS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EC7E72">
        <w:trPr>
          <w:jc w:val="center"/>
        </w:trPr>
        <w:tc>
          <w:tcPr>
            <w:tcW w:w="1051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 / Ideas</w:t>
            </w: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EC7E72">
      <w:pPr>
        <w:rPr>
          <w:rFonts w:hint="eastAs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EC7E72">
        <w:trPr>
          <w:jc w:val="center"/>
        </w:trPr>
        <w:tc>
          <w:tcPr>
            <w:tcW w:w="1051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 / Ideas</w:t>
            </w: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EC7E72">
      <w:pPr>
        <w:rPr>
          <w:rFonts w:hint="eastAs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EC7E72">
        <w:trPr>
          <w:jc w:val="center"/>
        </w:trPr>
        <w:tc>
          <w:tcPr>
            <w:tcW w:w="10512" w:type="dxa"/>
            <w:shd w:val="clear" w:color="auto" w:fill="D9EAF7"/>
            <w:vAlign w:val="center"/>
          </w:tcPr>
          <w:p w:rsidR="00EC7E72" w:rsidRDefault="00B2104C">
            <w:pPr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Notes / Ideas</w:t>
            </w: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  <w:tr w:rsidR="00EC7E72">
        <w:trPr>
          <w:jc w:val="center"/>
        </w:trPr>
        <w:tc>
          <w:tcPr>
            <w:tcW w:w="10512" w:type="dxa"/>
            <w:vAlign w:val="center"/>
          </w:tcPr>
          <w:p w:rsidR="00EC7E72" w:rsidRDefault="00EC7E72">
            <w:pPr>
              <w:jc w:val="center"/>
              <w:rPr>
                <w:rFonts w:hint="eastAsia"/>
              </w:rPr>
            </w:pPr>
          </w:p>
        </w:tc>
      </w:tr>
    </w:tbl>
    <w:p w:rsidR="00EC7E72" w:rsidRDefault="00EC7E72">
      <w:pPr>
        <w:rPr>
          <w:rFonts w:hint="eastAsia"/>
        </w:rPr>
      </w:pPr>
    </w:p>
    <w:sectPr w:rsidR="00EC7E72" w:rsidSect="00034616">
      <w:footerReference w:type="default" r:id="rId8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DF9" w:rsidRDefault="00060DF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60DF9" w:rsidRDefault="00060DF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72" w:rsidRDefault="00B2104C">
    <w:pPr>
      <w:pStyle w:val="Footer"/>
      <w:jc w:val="center"/>
      <w:rPr>
        <w:rFonts w:hint="eastAsia"/>
      </w:rPr>
    </w:pPr>
    <w:r>
      <w:rPr>
        <w:sz w:val="16"/>
      </w:rPr>
      <w:t>High School Planner • Student Name: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DF9" w:rsidRDefault="00060DF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60DF9" w:rsidRDefault="00060DF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0DF9"/>
    <w:rsid w:val="0015074B"/>
    <w:rsid w:val="0029639D"/>
    <w:rsid w:val="00326F90"/>
    <w:rsid w:val="005C683F"/>
    <w:rsid w:val="00AA1D8D"/>
    <w:rsid w:val="00B2104C"/>
    <w:rsid w:val="00B47730"/>
    <w:rsid w:val="00CB0664"/>
    <w:rsid w:val="00CD7FFD"/>
    <w:rsid w:val="00EC7E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805F450-8BD4-4F65-B574-417D22A0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F02B27-A579-4DA1-946C-737BA060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2026-08-15T11:42:00Z</dcterms:created>
  <dcterms:modified xsi:type="dcterms:W3CDTF">2026-08-15T11:42:00Z</dcterms:modified>
  <cp:category/>
</cp:coreProperties>
</file>