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B2E" w:rsidRDefault="00DD7C16">
      <w:pPr>
        <w:jc w:val="center"/>
      </w:pPr>
      <w:bookmarkStart w:id="0" w:name="_GoBack"/>
      <w:r>
        <w:rPr>
          <w:b/>
          <w:sz w:val="36"/>
        </w:rPr>
        <w:t>EVENT PLANNER SERVICE AGREEMENT</w:t>
      </w:r>
    </w:p>
    <w:bookmarkEnd w:id="0"/>
    <w:p w:rsidR="00AC1B2E" w:rsidRDefault="00DD7C16">
      <w:pPr>
        <w:jc w:val="center"/>
      </w:pPr>
      <w:r>
        <w:rPr>
          <w:i/>
          <w:sz w:val="22"/>
        </w:rPr>
        <w:t>Sample Event Planner Contract Template</w:t>
      </w:r>
    </w:p>
    <w:p w:rsidR="00AC1B2E" w:rsidRDefault="00DD7C16">
      <w:r>
        <w:t xml:space="preserve">This Event Planner Service Agreement (“Agreement”) is made on _____________, 20____, between the Event Planner and the Client identified below. The parties agree to the following </w:t>
      </w:r>
      <w:r>
        <w:t>terms.</w:t>
      </w:r>
    </w:p>
    <w:p w:rsidR="00AC1B2E" w:rsidRDefault="00DD7C16">
      <w:pPr>
        <w:pStyle w:val="Heading1"/>
      </w:pPr>
      <w:r>
        <w:t>1. PARTIES</w:t>
      </w:r>
    </w:p>
    <w:tbl>
      <w:tblPr>
        <w:tblStyle w:val="TableGrid"/>
        <w:tblW w:w="0" w:type="auto"/>
        <w:jc w:val="center"/>
        <w:tblLook w:val="04A0" w:firstRow="1" w:lastRow="0" w:firstColumn="1" w:lastColumn="0" w:noHBand="0" w:noVBand="1"/>
      </w:tblPr>
      <w:tblGrid>
        <w:gridCol w:w="4941"/>
        <w:gridCol w:w="5355"/>
      </w:tblGrid>
      <w:tr w:rsidR="00AC1B2E">
        <w:trPr>
          <w:jc w:val="center"/>
        </w:trPr>
        <w:tc>
          <w:tcPr>
            <w:tcW w:w="5040" w:type="dxa"/>
          </w:tcPr>
          <w:p w:rsidR="00AC1B2E" w:rsidRDefault="00DD7C16">
            <w:r>
              <w:t>Event Planner Name/Business</w:t>
            </w:r>
          </w:p>
        </w:tc>
        <w:tc>
          <w:tcPr>
            <w:tcW w:w="5040" w:type="dxa"/>
          </w:tcPr>
          <w:p w:rsidR="00AC1B2E" w:rsidRDefault="00DD7C16">
            <w:r>
              <w:t>____________________________________________</w:t>
            </w:r>
          </w:p>
        </w:tc>
      </w:tr>
      <w:tr w:rsidR="00AC1B2E">
        <w:trPr>
          <w:jc w:val="center"/>
        </w:trPr>
        <w:tc>
          <w:tcPr>
            <w:tcW w:w="5040" w:type="dxa"/>
          </w:tcPr>
          <w:p w:rsidR="00AC1B2E" w:rsidRDefault="00DD7C16">
            <w:r>
              <w:t>Address / Location</w:t>
            </w:r>
          </w:p>
        </w:tc>
        <w:tc>
          <w:tcPr>
            <w:tcW w:w="5040" w:type="dxa"/>
          </w:tcPr>
          <w:p w:rsidR="00AC1B2E" w:rsidRDefault="00DD7C16">
            <w:r>
              <w:t>____________________________________________</w:t>
            </w:r>
          </w:p>
        </w:tc>
      </w:tr>
      <w:tr w:rsidR="00AC1B2E">
        <w:trPr>
          <w:jc w:val="center"/>
        </w:trPr>
        <w:tc>
          <w:tcPr>
            <w:tcW w:w="5040" w:type="dxa"/>
          </w:tcPr>
          <w:p w:rsidR="00AC1B2E" w:rsidRDefault="00DD7C16">
            <w:r>
              <w:t>Phone / Email</w:t>
            </w:r>
          </w:p>
        </w:tc>
        <w:tc>
          <w:tcPr>
            <w:tcW w:w="5040" w:type="dxa"/>
          </w:tcPr>
          <w:p w:rsidR="00AC1B2E" w:rsidRDefault="00DD7C16">
            <w:r>
              <w:t>____________________________________________</w:t>
            </w:r>
          </w:p>
        </w:tc>
      </w:tr>
      <w:tr w:rsidR="00AC1B2E">
        <w:trPr>
          <w:jc w:val="center"/>
        </w:trPr>
        <w:tc>
          <w:tcPr>
            <w:tcW w:w="5040" w:type="dxa"/>
          </w:tcPr>
          <w:p w:rsidR="00AC1B2E" w:rsidRDefault="00DD7C16">
            <w:r>
              <w:t>Client Name</w:t>
            </w:r>
          </w:p>
        </w:tc>
        <w:tc>
          <w:tcPr>
            <w:tcW w:w="5040" w:type="dxa"/>
          </w:tcPr>
          <w:p w:rsidR="00AC1B2E" w:rsidRDefault="00DD7C16">
            <w:r>
              <w:t>___________________________</w:t>
            </w:r>
            <w:r>
              <w:t>_________________</w:t>
            </w:r>
          </w:p>
        </w:tc>
      </w:tr>
    </w:tbl>
    <w:p w:rsidR="00AC1B2E" w:rsidRDefault="00DD7C16">
      <w:pPr>
        <w:pStyle w:val="Heading1"/>
      </w:pPr>
      <w:r>
        <w:t>2. EVENT DETAILS</w:t>
      </w:r>
    </w:p>
    <w:tbl>
      <w:tblPr>
        <w:tblStyle w:val="TableGrid"/>
        <w:tblW w:w="0" w:type="auto"/>
        <w:tblLook w:val="04A0" w:firstRow="1" w:lastRow="0" w:firstColumn="1" w:lastColumn="0" w:noHBand="0" w:noVBand="1"/>
      </w:tblPr>
      <w:tblGrid>
        <w:gridCol w:w="4941"/>
        <w:gridCol w:w="5355"/>
      </w:tblGrid>
      <w:tr w:rsidR="00AC1B2E">
        <w:tc>
          <w:tcPr>
            <w:tcW w:w="5040" w:type="dxa"/>
          </w:tcPr>
          <w:p w:rsidR="00AC1B2E" w:rsidRDefault="00DD7C16">
            <w:r>
              <w:t>Event Type</w:t>
            </w:r>
          </w:p>
        </w:tc>
        <w:tc>
          <w:tcPr>
            <w:tcW w:w="5040" w:type="dxa"/>
          </w:tcPr>
          <w:p w:rsidR="00AC1B2E" w:rsidRDefault="00DD7C16">
            <w:r>
              <w:t>____________________________________________</w:t>
            </w:r>
          </w:p>
        </w:tc>
      </w:tr>
      <w:tr w:rsidR="00AC1B2E">
        <w:tc>
          <w:tcPr>
            <w:tcW w:w="5040" w:type="dxa"/>
          </w:tcPr>
          <w:p w:rsidR="00AC1B2E" w:rsidRDefault="00DD7C16">
            <w:r>
              <w:t>Event Date</w:t>
            </w:r>
          </w:p>
        </w:tc>
        <w:tc>
          <w:tcPr>
            <w:tcW w:w="5040" w:type="dxa"/>
          </w:tcPr>
          <w:p w:rsidR="00AC1B2E" w:rsidRDefault="00DD7C16">
            <w:r>
              <w:t>____________________________________________</w:t>
            </w:r>
          </w:p>
        </w:tc>
      </w:tr>
      <w:tr w:rsidR="00AC1B2E">
        <w:tc>
          <w:tcPr>
            <w:tcW w:w="5040" w:type="dxa"/>
          </w:tcPr>
          <w:p w:rsidR="00AC1B2E" w:rsidRDefault="00DD7C16">
            <w:r>
              <w:t>Event Time</w:t>
            </w:r>
          </w:p>
        </w:tc>
        <w:tc>
          <w:tcPr>
            <w:tcW w:w="5040" w:type="dxa"/>
          </w:tcPr>
          <w:p w:rsidR="00AC1B2E" w:rsidRDefault="00DD7C16">
            <w:r>
              <w:t>____________________________________________</w:t>
            </w:r>
          </w:p>
        </w:tc>
      </w:tr>
      <w:tr w:rsidR="00AC1B2E">
        <w:tc>
          <w:tcPr>
            <w:tcW w:w="5040" w:type="dxa"/>
          </w:tcPr>
          <w:p w:rsidR="00AC1B2E" w:rsidRDefault="00DD7C16">
            <w:r>
              <w:t>Venue</w:t>
            </w:r>
          </w:p>
        </w:tc>
        <w:tc>
          <w:tcPr>
            <w:tcW w:w="5040" w:type="dxa"/>
          </w:tcPr>
          <w:p w:rsidR="00AC1B2E" w:rsidRDefault="00DD7C16">
            <w:r>
              <w:t>____________________________________________</w:t>
            </w:r>
          </w:p>
        </w:tc>
      </w:tr>
      <w:tr w:rsidR="00AC1B2E">
        <w:tc>
          <w:tcPr>
            <w:tcW w:w="5040" w:type="dxa"/>
          </w:tcPr>
          <w:p w:rsidR="00AC1B2E" w:rsidRDefault="00DD7C16">
            <w:r>
              <w:t>Expected Number of Guests</w:t>
            </w:r>
          </w:p>
        </w:tc>
        <w:tc>
          <w:tcPr>
            <w:tcW w:w="5040" w:type="dxa"/>
          </w:tcPr>
          <w:p w:rsidR="00AC1B2E" w:rsidRDefault="00DD7C16">
            <w:r>
              <w:t>____________________________________________</w:t>
            </w:r>
          </w:p>
        </w:tc>
      </w:tr>
      <w:tr w:rsidR="00AC1B2E">
        <w:tc>
          <w:tcPr>
            <w:tcW w:w="5040" w:type="dxa"/>
          </w:tcPr>
          <w:p w:rsidR="00AC1B2E" w:rsidRDefault="00DD7C16">
            <w:r>
              <w:t>Event Theme / Special Requirements</w:t>
            </w:r>
          </w:p>
        </w:tc>
        <w:tc>
          <w:tcPr>
            <w:tcW w:w="5040" w:type="dxa"/>
          </w:tcPr>
          <w:p w:rsidR="00AC1B2E" w:rsidRDefault="00DD7C16">
            <w:r>
              <w:t>____________________________________________</w:t>
            </w:r>
          </w:p>
        </w:tc>
      </w:tr>
    </w:tbl>
    <w:p w:rsidR="00AC1B2E" w:rsidRDefault="00DD7C16">
      <w:pPr>
        <w:pStyle w:val="Heading1"/>
      </w:pPr>
      <w:r>
        <w:t>3. SERVICES TO BE PROVIDED</w:t>
      </w:r>
    </w:p>
    <w:p w:rsidR="00AC1B2E" w:rsidRDefault="00DD7C16">
      <w:r>
        <w:t>The Event Planner will provide</w:t>
      </w:r>
      <w:r>
        <w:t xml:space="preserve"> the services selected or agreed upon below:</w:t>
      </w:r>
    </w:p>
    <w:p w:rsidR="00AC1B2E" w:rsidRDefault="00DD7C16">
      <w:pPr>
        <w:pStyle w:val="ListBullet"/>
      </w:pPr>
      <w:r>
        <w:t>Event planning and coordination</w:t>
      </w:r>
    </w:p>
    <w:p w:rsidR="00AC1B2E" w:rsidRDefault="00DD7C16">
      <w:pPr>
        <w:pStyle w:val="ListBullet"/>
      </w:pPr>
      <w:r>
        <w:t>Venue sourcing and coordination</w:t>
      </w:r>
    </w:p>
    <w:p w:rsidR="00AC1B2E" w:rsidRDefault="00DD7C16">
      <w:pPr>
        <w:pStyle w:val="ListBullet"/>
      </w:pPr>
      <w:r>
        <w:t>Supplier/vendor coordination</w:t>
      </w:r>
    </w:p>
    <w:p w:rsidR="00AC1B2E" w:rsidRDefault="00DD7C16">
      <w:pPr>
        <w:pStyle w:val="ListBullet"/>
      </w:pPr>
      <w:r>
        <w:t>Budget planning and monitoring</w:t>
      </w:r>
    </w:p>
    <w:p w:rsidR="00AC1B2E" w:rsidRDefault="00DD7C16">
      <w:pPr>
        <w:pStyle w:val="ListBullet"/>
      </w:pPr>
      <w:r>
        <w:t>Décor and styling coordination</w:t>
      </w:r>
    </w:p>
    <w:p w:rsidR="00AC1B2E" w:rsidRDefault="00DD7C16">
      <w:pPr>
        <w:pStyle w:val="ListBullet"/>
      </w:pPr>
      <w:r>
        <w:t>Catering coordination</w:t>
      </w:r>
    </w:p>
    <w:p w:rsidR="00AC1B2E" w:rsidRDefault="00DD7C16">
      <w:pPr>
        <w:pStyle w:val="ListBullet"/>
      </w:pPr>
      <w:r>
        <w:t>Entertainment coordination</w:t>
      </w:r>
    </w:p>
    <w:p w:rsidR="00AC1B2E" w:rsidRDefault="00DD7C16">
      <w:pPr>
        <w:pStyle w:val="ListBullet"/>
      </w:pPr>
      <w:r>
        <w:t xml:space="preserve">Guest </w:t>
      </w:r>
      <w:r>
        <w:t>management and invitations</w:t>
      </w:r>
    </w:p>
    <w:p w:rsidR="00AC1B2E" w:rsidRDefault="00DD7C16">
      <w:pPr>
        <w:pStyle w:val="ListBullet"/>
      </w:pPr>
      <w:r>
        <w:t>Event-day setup and supervision</w:t>
      </w:r>
    </w:p>
    <w:p w:rsidR="00AC1B2E" w:rsidRDefault="00DD7C16">
      <w:pPr>
        <w:pStyle w:val="ListBullet"/>
      </w:pPr>
      <w:r>
        <w:t>Photography/videography coordination</w:t>
      </w:r>
    </w:p>
    <w:p w:rsidR="00AC1B2E" w:rsidRDefault="00DD7C16">
      <w:pPr>
        <w:pStyle w:val="ListBullet"/>
      </w:pPr>
      <w:r>
        <w:t>Other: ______________________________________________</w:t>
      </w:r>
    </w:p>
    <w:p w:rsidR="00AC1B2E" w:rsidRDefault="00DD7C16">
      <w:pPr>
        <w:pStyle w:val="Heading1"/>
      </w:pPr>
      <w:r>
        <w:t>4. FEES AND PAYMENT TERMS</w:t>
      </w:r>
    </w:p>
    <w:p w:rsidR="00AC1B2E" w:rsidRDefault="00DD7C16">
      <w:r>
        <w:t>Total Planning/Service Fee: ________________________________</w:t>
      </w:r>
      <w:r>
        <w:br/>
        <w:t>Deposit/Booking Fee</w:t>
      </w:r>
      <w:r>
        <w:t>: ______________________________________</w:t>
      </w:r>
      <w:r>
        <w:br/>
        <w:t>Balance Due Date: _________________________________________</w:t>
      </w:r>
      <w:r>
        <w:br/>
        <w:t>Payment Method: ___________________________________________</w:t>
      </w:r>
    </w:p>
    <w:p w:rsidR="00AC1B2E" w:rsidRDefault="00DD7C16">
      <w:r>
        <w:t xml:space="preserve">The booking is confirmed when the agreed deposit has been received. Unless otherwise agreed in </w:t>
      </w:r>
      <w:r>
        <w:t>writing, third-party costs such as venue charges, catering, décor materials, entertainment, transport, permits, and supplier fees are separate from the Event Planner’s service fee.</w:t>
      </w:r>
    </w:p>
    <w:p w:rsidR="00AC1B2E" w:rsidRDefault="00DD7C16">
      <w:pPr>
        <w:pStyle w:val="Heading1"/>
      </w:pPr>
      <w:r>
        <w:lastRenderedPageBreak/>
        <w:t>5. CLIENT RESPONSIBILITIES</w:t>
      </w:r>
    </w:p>
    <w:p w:rsidR="00AC1B2E" w:rsidRDefault="00DD7C16">
      <w:pPr>
        <w:pStyle w:val="ListBullet"/>
      </w:pPr>
      <w:r>
        <w:t>Provide accurate event information and communica</w:t>
      </w:r>
      <w:r>
        <w:t>te changes promptly.</w:t>
      </w:r>
    </w:p>
    <w:p w:rsidR="00AC1B2E" w:rsidRDefault="00DD7C16">
      <w:pPr>
        <w:pStyle w:val="ListBullet"/>
      </w:pPr>
      <w:r>
        <w:t>Make payments by the agreed deadlines.</w:t>
      </w:r>
    </w:p>
    <w:p w:rsidR="00AC1B2E" w:rsidRDefault="00DD7C16">
      <w:pPr>
        <w:pStyle w:val="ListBullet"/>
      </w:pPr>
      <w:r>
        <w:t>Approve quotations, designs, schedules, and suppliers within a reasonable time.</w:t>
      </w:r>
    </w:p>
    <w:p w:rsidR="00AC1B2E" w:rsidRDefault="00DD7C16">
      <w:pPr>
        <w:pStyle w:val="ListBullet"/>
      </w:pPr>
      <w:r>
        <w:t>Provide access to the venue where required for planning and setup.</w:t>
      </w:r>
    </w:p>
    <w:p w:rsidR="00AC1B2E" w:rsidRDefault="00DD7C16">
      <w:pPr>
        <w:pStyle w:val="ListBullet"/>
      </w:pPr>
      <w:r>
        <w:t>Inform the Event Planner of any special guest, di</w:t>
      </w:r>
      <w:r>
        <w:t>etary, accessibility, safety, or other requirements.</w:t>
      </w:r>
    </w:p>
    <w:p w:rsidR="00AC1B2E" w:rsidRDefault="00DD7C16">
      <w:pPr>
        <w:pStyle w:val="Heading1"/>
      </w:pPr>
      <w:r>
        <w:t>6. EVENT PLANNER RESPONSIBILITIES</w:t>
      </w:r>
    </w:p>
    <w:p w:rsidR="00AC1B2E" w:rsidRDefault="00DD7C16">
      <w:pPr>
        <w:pStyle w:val="ListBullet"/>
      </w:pPr>
      <w:r>
        <w:t>Perform the agreed services professionally and with reasonable care.</w:t>
      </w:r>
    </w:p>
    <w:p w:rsidR="00AC1B2E" w:rsidRDefault="00DD7C16">
      <w:pPr>
        <w:pStyle w:val="ListBullet"/>
      </w:pPr>
      <w:r>
        <w:t>Coordinate agreed suppliers and event activities.</w:t>
      </w:r>
    </w:p>
    <w:p w:rsidR="00AC1B2E" w:rsidRDefault="00DD7C16">
      <w:pPr>
        <w:pStyle w:val="ListBullet"/>
      </w:pPr>
      <w:r>
        <w:t xml:space="preserve">Keep the Client informed of significant planning </w:t>
      </w:r>
      <w:r>
        <w:t>issues or changes.</w:t>
      </w:r>
    </w:p>
    <w:p w:rsidR="00AC1B2E" w:rsidRDefault="00DD7C16">
      <w:pPr>
        <w:pStyle w:val="ListBullet"/>
      </w:pPr>
      <w:r>
        <w:t>Maintain reasonable records of agreed event arrangements and payments.</w:t>
      </w:r>
    </w:p>
    <w:p w:rsidR="00AC1B2E" w:rsidRDefault="00DD7C16">
      <w:pPr>
        <w:pStyle w:val="Heading1"/>
      </w:pPr>
      <w:r>
        <w:t>7. CHANGES TO EVENT ARRANGEMENTS</w:t>
      </w:r>
    </w:p>
    <w:p w:rsidR="00AC1B2E" w:rsidRDefault="00DD7C16">
      <w:r>
        <w:t>Any significant change to the event date, venue, guest numbers, services, or scope of work may result in additional charges or revise</w:t>
      </w:r>
      <w:r>
        <w:t>d terms. Changes should be agreed upon in writing by both parties.</w:t>
      </w:r>
    </w:p>
    <w:p w:rsidR="00AC1B2E" w:rsidRDefault="00DD7C16">
      <w:pPr>
        <w:pStyle w:val="Heading1"/>
      </w:pPr>
      <w:r>
        <w:t>8. CANCELLATION AND REFUND POLICY</w:t>
      </w:r>
    </w:p>
    <w:p w:rsidR="00AC1B2E" w:rsidRDefault="00DD7C16">
      <w:r>
        <w:t>If the Client cancels the event, the parties will apply the following agreed policy: ______________________________________________________________________</w:t>
      </w:r>
      <w:r>
        <w:t>__________</w:t>
      </w:r>
      <w:r>
        <w:br/>
        <w:t>________________________________________________________________________________</w:t>
      </w:r>
    </w:p>
    <w:p w:rsidR="00AC1B2E" w:rsidRDefault="00DD7C16">
      <w:r>
        <w:t>Any refund, cancellation charge, or non-refundable deposit should be clearly stated before the booking is confirmed.</w:t>
      </w:r>
    </w:p>
    <w:p w:rsidR="00AC1B2E" w:rsidRDefault="00DD7C16">
      <w:pPr>
        <w:pStyle w:val="Heading1"/>
      </w:pPr>
      <w:r>
        <w:t>9. POSTPONEMENT / RESCHEDULING</w:t>
      </w:r>
    </w:p>
    <w:p w:rsidR="00AC1B2E" w:rsidRDefault="00DD7C16">
      <w:r>
        <w:t xml:space="preserve">If the event is </w:t>
      </w:r>
      <w:r>
        <w:t>postponed or rescheduled, the parties will discuss the new date, supplier availability, and any additional costs. A new date is subject to availability and written confirmation.</w:t>
      </w:r>
    </w:p>
    <w:p w:rsidR="00AC1B2E" w:rsidRDefault="00DD7C16">
      <w:pPr>
        <w:pStyle w:val="Heading1"/>
      </w:pPr>
      <w:r>
        <w:t>10. FORCE MAJEURE</w:t>
      </w:r>
    </w:p>
    <w:p w:rsidR="00AC1B2E" w:rsidRDefault="00DD7C16">
      <w:r>
        <w:t>Neither party will be liable for failure to perform obligati</w:t>
      </w:r>
      <w:r>
        <w:t>ons caused by circumstances beyond reasonable control, such as natural disasters, government restrictions, serious emergencies, venue closure, or other events that make the event impracticable. The parties will work together to find a reasonable alternativ</w:t>
      </w:r>
      <w:r>
        <w:t>e.</w:t>
      </w:r>
    </w:p>
    <w:p w:rsidR="00AC1B2E" w:rsidRDefault="00DD7C16">
      <w:pPr>
        <w:pStyle w:val="Heading1"/>
      </w:pPr>
      <w:r>
        <w:t>11. LIABILITY</w:t>
      </w:r>
    </w:p>
    <w:p w:rsidR="00AC1B2E" w:rsidRDefault="00DD7C16">
      <w:r>
        <w:t>The Event Planner will use reasonable care in providing the agreed services but is not responsible for the acts, omissions, delays, cancellations, or failures of independent third-party suppliers, except where otherwise required by law.</w:t>
      </w:r>
    </w:p>
    <w:p w:rsidR="00AC1B2E" w:rsidRDefault="00DD7C16">
      <w:pPr>
        <w:pStyle w:val="Heading1"/>
      </w:pPr>
      <w:r>
        <w:lastRenderedPageBreak/>
        <w:t>12. TERMINATION</w:t>
      </w:r>
    </w:p>
    <w:p w:rsidR="00AC1B2E" w:rsidRDefault="00DD7C16">
      <w:r>
        <w:t>Either party may terminate this Agreement where the other party materially breaches its obligations and fails to correct the breach within a reasonable period after receiving written notice. Any outstanding payment obligations incurred befo</w:t>
      </w:r>
      <w:r>
        <w:t>re termination remain payable.</w:t>
      </w:r>
    </w:p>
    <w:p w:rsidR="00AC1B2E" w:rsidRDefault="00DD7C16">
      <w:pPr>
        <w:pStyle w:val="Heading1"/>
      </w:pPr>
      <w:r>
        <w:t>13. CONFIDENTIALITY AND PRIVACY</w:t>
      </w:r>
    </w:p>
    <w:p w:rsidR="00AC1B2E" w:rsidRDefault="00DD7C16">
      <w:r>
        <w:t>Each party should reasonably protect confidential information received from the other party in connection with the event. Personal information should be handled in accordance with applicable pr</w:t>
      </w:r>
      <w:r>
        <w:t>ivacy and data-protection laws.</w:t>
      </w:r>
    </w:p>
    <w:p w:rsidR="00AC1B2E" w:rsidRDefault="00DD7C16">
      <w:pPr>
        <w:pStyle w:val="Heading1"/>
      </w:pPr>
      <w:r>
        <w:t>14. DISPUTE RESOLUTION</w:t>
      </w:r>
    </w:p>
    <w:p w:rsidR="00AC1B2E" w:rsidRDefault="00DD7C16">
      <w:r>
        <w:t>The parties will first attempt to resolve any disagreement through good-faith discussion. If the dispute cannot be resolved, the parties may use mediation, arbitration, or the courts as permitted by th</w:t>
      </w:r>
      <w:r>
        <w:t>e applicable law.</w:t>
      </w:r>
    </w:p>
    <w:p w:rsidR="00AC1B2E" w:rsidRDefault="00DD7C16">
      <w:pPr>
        <w:pStyle w:val="Heading1"/>
      </w:pPr>
      <w:r>
        <w:t>15. GOVERNING LAW</w:t>
      </w:r>
    </w:p>
    <w:p w:rsidR="00AC1B2E" w:rsidRDefault="00DD7C16">
      <w:r>
        <w:t>This Agreement shall be governed by the laws of ________________________________, subject to applicable law.</w:t>
      </w:r>
    </w:p>
    <w:p w:rsidR="00AC1B2E" w:rsidRDefault="00DD7C16">
      <w:pPr>
        <w:pStyle w:val="Heading1"/>
      </w:pPr>
      <w:r>
        <w:t>16. ENTIRE AGREEMENT</w:t>
      </w:r>
    </w:p>
    <w:p w:rsidR="00AC1B2E" w:rsidRDefault="00DD7C16">
      <w:r>
        <w:t>This Agreement, together with any attached quotation, schedule, invoice, or written addend</w:t>
      </w:r>
      <w:r>
        <w:t>um signed or accepted by both parties, represents the understanding between the parties regarding the event planning services.</w:t>
      </w:r>
    </w:p>
    <w:p w:rsidR="00AC1B2E" w:rsidRDefault="00DD7C16">
      <w:pPr>
        <w:pStyle w:val="Heading1"/>
      </w:pPr>
      <w:r>
        <w:t>17. SIGNATURES</w:t>
      </w:r>
    </w:p>
    <w:tbl>
      <w:tblPr>
        <w:tblStyle w:val="TableGrid"/>
        <w:tblW w:w="0" w:type="auto"/>
        <w:tblLook w:val="04A0" w:firstRow="1" w:lastRow="0" w:firstColumn="1" w:lastColumn="0" w:noHBand="0" w:noVBand="1"/>
      </w:tblPr>
      <w:tblGrid>
        <w:gridCol w:w="5040"/>
        <w:gridCol w:w="5040"/>
      </w:tblGrid>
      <w:tr w:rsidR="00AC1B2E">
        <w:tc>
          <w:tcPr>
            <w:tcW w:w="5040" w:type="dxa"/>
          </w:tcPr>
          <w:p w:rsidR="00AC1B2E" w:rsidRDefault="00DD7C16">
            <w:r>
              <w:t>EVENT PLANNER</w:t>
            </w:r>
          </w:p>
        </w:tc>
        <w:tc>
          <w:tcPr>
            <w:tcW w:w="5040" w:type="dxa"/>
          </w:tcPr>
          <w:p w:rsidR="00AC1B2E" w:rsidRDefault="00DD7C16">
            <w:r>
              <w:t>CLIENT</w:t>
            </w:r>
          </w:p>
        </w:tc>
      </w:tr>
      <w:tr w:rsidR="00AC1B2E">
        <w:tc>
          <w:tcPr>
            <w:tcW w:w="5040" w:type="dxa"/>
          </w:tcPr>
          <w:p w:rsidR="00AC1B2E" w:rsidRDefault="00DD7C16">
            <w:r>
              <w:t>Name: ______________________________</w:t>
            </w:r>
          </w:p>
        </w:tc>
        <w:tc>
          <w:tcPr>
            <w:tcW w:w="5040" w:type="dxa"/>
          </w:tcPr>
          <w:p w:rsidR="00AC1B2E" w:rsidRDefault="00DD7C16">
            <w:r>
              <w:t>Name: ______________________________</w:t>
            </w:r>
          </w:p>
        </w:tc>
      </w:tr>
      <w:tr w:rsidR="00AC1B2E">
        <w:tc>
          <w:tcPr>
            <w:tcW w:w="5040" w:type="dxa"/>
          </w:tcPr>
          <w:p w:rsidR="00AC1B2E" w:rsidRDefault="00DD7C16">
            <w:r>
              <w:t>Signature: ______</w:t>
            </w:r>
            <w:r>
              <w:t>____________________</w:t>
            </w:r>
          </w:p>
        </w:tc>
        <w:tc>
          <w:tcPr>
            <w:tcW w:w="5040" w:type="dxa"/>
          </w:tcPr>
          <w:p w:rsidR="00AC1B2E" w:rsidRDefault="00DD7C16">
            <w:r>
              <w:t>Signature: __________________________</w:t>
            </w:r>
          </w:p>
        </w:tc>
      </w:tr>
      <w:tr w:rsidR="00AC1B2E">
        <w:tc>
          <w:tcPr>
            <w:tcW w:w="5040" w:type="dxa"/>
          </w:tcPr>
          <w:p w:rsidR="00AC1B2E" w:rsidRDefault="00DD7C16">
            <w:r>
              <w:t>Date: _______________________________</w:t>
            </w:r>
          </w:p>
        </w:tc>
        <w:tc>
          <w:tcPr>
            <w:tcW w:w="5040" w:type="dxa"/>
          </w:tcPr>
          <w:p w:rsidR="00AC1B2E" w:rsidRDefault="00DD7C16">
            <w:r>
              <w:t>Date: _______________________________</w:t>
            </w:r>
          </w:p>
        </w:tc>
      </w:tr>
    </w:tbl>
    <w:p w:rsidR="00AC1B2E" w:rsidRDefault="00AC1B2E"/>
    <w:p w:rsidR="00AC1B2E" w:rsidRDefault="00DD7C16">
      <w:pPr>
        <w:jc w:val="center"/>
      </w:pPr>
      <w:r>
        <w:rPr>
          <w:i/>
          <w:sz w:val="18"/>
        </w:rPr>
        <w:t>SAMPLE TEMPLATE — Customize the terms to suit your event and applicable local law.</w:t>
      </w:r>
    </w:p>
    <w:sectPr w:rsidR="00AC1B2E"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AC1B2E"/>
    <w:rsid w:val="00B47730"/>
    <w:rsid w:val="00CB0664"/>
    <w:rsid w:val="00DD7C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5B046DA-9292-4F46-9E83-06DF2A3F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DD3AA-EDE1-4644-9C0E-CA60D53A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account</cp:lastModifiedBy>
  <cp:revision>2</cp:revision>
  <dcterms:created xsi:type="dcterms:W3CDTF">2026-08-15T05:41:00Z</dcterms:created>
  <dcterms:modified xsi:type="dcterms:W3CDTF">2026-08-15T05:41:00Z</dcterms:modified>
  <cp:category/>
</cp:coreProperties>
</file>