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1FE" w:rsidRDefault="00715EBE">
      <w:pPr>
        <w:jc w:val="center"/>
        <w:rPr>
          <w:rFonts w:hint="eastAsia"/>
        </w:rPr>
      </w:pPr>
      <w:r>
        <w:rPr>
          <w:b/>
          <w:sz w:val="40"/>
        </w:rPr>
        <w:t>SMALL BUSINESS FINANCIAL PL</w:t>
      </w:r>
      <w:bookmarkStart w:id="0" w:name="_GoBack"/>
      <w:bookmarkEnd w:id="0"/>
      <w:r>
        <w:rPr>
          <w:b/>
          <w:sz w:val="40"/>
        </w:rPr>
        <w:t>ANNER</w:t>
      </w:r>
    </w:p>
    <w:p w:rsidR="00C241FE" w:rsidRDefault="00715EBE">
      <w:pPr>
        <w:jc w:val="center"/>
        <w:rPr>
          <w:rFonts w:hint="eastAsia"/>
        </w:rPr>
      </w:pPr>
      <w:r>
        <w:rPr>
          <w:i/>
          <w:sz w:val="20"/>
        </w:rPr>
        <w:t>A practical template for planning, tracking and reviewing business finances</w:t>
      </w:r>
    </w:p>
    <w:p w:rsidR="00C241FE" w:rsidRDefault="00715EBE">
      <w:pPr>
        <w:rPr>
          <w:rFonts w:hint="eastAsia"/>
        </w:rPr>
      </w:pPr>
      <w:r>
        <w:t>Business Name: ______________________________________________</w:t>
      </w:r>
    </w:p>
    <w:p w:rsidR="00C241FE" w:rsidRDefault="00715EBE">
      <w:pPr>
        <w:rPr>
          <w:rFonts w:hint="eastAsia"/>
        </w:rPr>
      </w:pPr>
      <w:r>
        <w:t>Owner/Manager: ______________________________________________</w:t>
      </w:r>
    </w:p>
    <w:p w:rsidR="00C241FE" w:rsidRDefault="00715EBE">
      <w:pPr>
        <w:rPr>
          <w:rFonts w:hint="eastAsia"/>
        </w:rPr>
      </w:pPr>
      <w:r>
        <w:t xml:space="preserve">Planning Period: </w:t>
      </w:r>
      <w:r>
        <w:t>______________________   Prepared On: ______________________</w:t>
      </w:r>
    </w:p>
    <w:p w:rsidR="00C241FE" w:rsidRDefault="00715EBE">
      <w:pPr>
        <w:rPr>
          <w:rFonts w:hint="eastAsia"/>
        </w:rPr>
      </w:pPr>
      <w:r>
        <w:rPr>
          <w:b/>
          <w:sz w:val="26"/>
        </w:rPr>
        <w:t>1. FINANCIAL GOALS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28"/>
        <w:gridCol w:w="2628"/>
        <w:gridCol w:w="2628"/>
        <w:gridCol w:w="2628"/>
      </w:tblGrid>
      <w:tr w:rsidR="00C241FE">
        <w:trPr>
          <w:jc w:val="center"/>
        </w:trPr>
        <w:tc>
          <w:tcPr>
            <w:tcW w:w="2628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Goal / Target</w:t>
            </w:r>
          </w:p>
        </w:tc>
        <w:tc>
          <w:tcPr>
            <w:tcW w:w="2628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Target Amount</w:t>
            </w:r>
          </w:p>
        </w:tc>
        <w:tc>
          <w:tcPr>
            <w:tcW w:w="2628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Deadline</w:t>
            </w:r>
          </w:p>
        </w:tc>
        <w:tc>
          <w:tcPr>
            <w:tcW w:w="2628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Progress / Notes</w:t>
            </w:r>
          </w:p>
        </w:tc>
      </w:tr>
      <w:tr w:rsidR="00C241FE">
        <w:trPr>
          <w:jc w:val="center"/>
        </w:trPr>
        <w:tc>
          <w:tcPr>
            <w:tcW w:w="2628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628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628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628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628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</w:tbl>
    <w:p w:rsidR="00C241FE" w:rsidRDefault="00715EBE">
      <w:pPr>
        <w:rPr>
          <w:rFonts w:hint="eastAsia"/>
        </w:rPr>
      </w:pPr>
      <w:r>
        <w:rPr>
          <w:b/>
          <w:sz w:val="26"/>
        </w:rPr>
        <w:t>2. MONTHLY BUDGET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02"/>
        <w:gridCol w:w="2102"/>
        <w:gridCol w:w="2102"/>
        <w:gridCol w:w="2102"/>
        <w:gridCol w:w="2102"/>
      </w:tblGrid>
      <w:tr w:rsidR="00C241FE">
        <w:trPr>
          <w:jc w:val="center"/>
        </w:trPr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Category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Budgeted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Actual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Difference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Notes</w:t>
            </w: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</w:tbl>
    <w:p w:rsidR="00C241FE" w:rsidRDefault="00715EBE">
      <w:pPr>
        <w:rPr>
          <w:rFonts w:hint="eastAsia"/>
        </w:rPr>
      </w:pPr>
      <w:r>
        <w:rPr>
          <w:b/>
          <w:sz w:val="26"/>
        </w:rPr>
        <w:t>3. INCOME TRACKER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02"/>
        <w:gridCol w:w="2102"/>
        <w:gridCol w:w="2102"/>
        <w:gridCol w:w="2102"/>
        <w:gridCol w:w="2102"/>
      </w:tblGrid>
      <w:tr w:rsidR="00C241FE">
        <w:trPr>
          <w:jc w:val="center"/>
        </w:trPr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Date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Income Source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Description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Amount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Payment Method</w:t>
            </w: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</w:tbl>
    <w:p w:rsidR="00C241FE" w:rsidRDefault="00715EBE">
      <w:pPr>
        <w:rPr>
          <w:rFonts w:hint="eastAsia"/>
        </w:rPr>
      </w:pPr>
      <w:r>
        <w:rPr>
          <w:b/>
          <w:sz w:val="26"/>
        </w:rPr>
        <w:t>4. EXPENSE TRACKER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02"/>
        <w:gridCol w:w="2102"/>
        <w:gridCol w:w="2102"/>
        <w:gridCol w:w="2102"/>
        <w:gridCol w:w="2102"/>
      </w:tblGrid>
      <w:tr w:rsidR="00C241FE">
        <w:trPr>
          <w:jc w:val="center"/>
        </w:trPr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Date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Expense Category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Description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Amount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Payment Method</w:t>
            </w: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</w:tbl>
    <w:p w:rsidR="00C241FE" w:rsidRDefault="00715EBE">
      <w:pPr>
        <w:rPr>
          <w:rFonts w:hint="eastAsia"/>
        </w:rPr>
      </w:pPr>
      <w:r>
        <w:rPr>
          <w:b/>
          <w:sz w:val="26"/>
        </w:rPr>
        <w:t>5. CASH FLOW PLANNER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02"/>
        <w:gridCol w:w="2102"/>
        <w:gridCol w:w="2102"/>
        <w:gridCol w:w="2102"/>
        <w:gridCol w:w="2102"/>
      </w:tblGrid>
      <w:tr w:rsidR="00C241FE">
        <w:trPr>
          <w:jc w:val="center"/>
        </w:trPr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Month/Date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Opening Cash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Cash In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Cash Out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Closing Cash</w:t>
            </w: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</w:tbl>
    <w:p w:rsidR="00C241FE" w:rsidRDefault="00715EBE">
      <w:pPr>
        <w:rPr>
          <w:rFonts w:hint="eastAsia"/>
        </w:rPr>
      </w:pPr>
      <w:r>
        <w:rPr>
          <w:b/>
          <w:sz w:val="26"/>
        </w:rPr>
        <w:t>6. SAVINGS &amp; EMERGENCY FUND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02"/>
        <w:gridCol w:w="2102"/>
        <w:gridCol w:w="2102"/>
        <w:gridCol w:w="2102"/>
        <w:gridCol w:w="2102"/>
      </w:tblGrid>
      <w:tr w:rsidR="00C241FE">
        <w:trPr>
          <w:jc w:val="center"/>
        </w:trPr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Goal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Target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Starting Balance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Amount Added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Current Balance</w:t>
            </w: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</w:tbl>
    <w:p w:rsidR="00C241FE" w:rsidRDefault="00715EBE">
      <w:pPr>
        <w:rPr>
          <w:rFonts w:hint="eastAsia"/>
        </w:rPr>
      </w:pPr>
      <w:r>
        <w:rPr>
          <w:b/>
          <w:sz w:val="26"/>
        </w:rPr>
        <w:t>7. DEBT</w:t>
      </w:r>
      <w:r>
        <w:rPr>
          <w:b/>
          <w:sz w:val="26"/>
        </w:rPr>
        <w:t xml:space="preserve"> / LOAN TRACKER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02"/>
        <w:gridCol w:w="2102"/>
        <w:gridCol w:w="2102"/>
        <w:gridCol w:w="2102"/>
        <w:gridCol w:w="2102"/>
      </w:tblGrid>
      <w:tr w:rsidR="00C241FE">
        <w:trPr>
          <w:jc w:val="center"/>
        </w:trPr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Lender / Creditor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Original Balance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Current Balance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Payment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Due Date</w:t>
            </w: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</w:tbl>
    <w:p w:rsidR="00C241FE" w:rsidRDefault="00715EBE">
      <w:pPr>
        <w:rPr>
          <w:rFonts w:hint="eastAsia"/>
        </w:rPr>
      </w:pPr>
      <w:r>
        <w:rPr>
          <w:b/>
          <w:sz w:val="26"/>
        </w:rPr>
        <w:t>8. PROFIT &amp; LOSS SUMMARY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02"/>
        <w:gridCol w:w="2102"/>
        <w:gridCol w:w="2102"/>
        <w:gridCol w:w="2102"/>
        <w:gridCol w:w="2102"/>
      </w:tblGrid>
      <w:tr w:rsidR="00C241FE">
        <w:trPr>
          <w:jc w:val="center"/>
        </w:trPr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Period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Total Income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Total Expenses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Estimated Profit/Loss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Notes</w:t>
            </w: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</w:tbl>
    <w:p w:rsidR="00C241FE" w:rsidRDefault="00715EBE">
      <w:pPr>
        <w:rPr>
          <w:rFonts w:hint="eastAsia"/>
        </w:rPr>
      </w:pPr>
      <w:r>
        <w:rPr>
          <w:b/>
          <w:sz w:val="26"/>
        </w:rPr>
        <w:t xml:space="preserve">9. MONTHLY </w:t>
      </w:r>
      <w:r>
        <w:rPr>
          <w:b/>
          <w:sz w:val="26"/>
        </w:rPr>
        <w:t>FINANCIAL REVIEW</w:t>
      </w:r>
    </w:p>
    <w:p w:rsidR="00C241FE" w:rsidRDefault="00715EBE">
      <w:pPr>
        <w:rPr>
          <w:rFonts w:hint="eastAsia"/>
        </w:rPr>
      </w:pPr>
      <w:r>
        <w:t>What went well financially? ________________________________________________</w:t>
      </w:r>
    </w:p>
    <w:p w:rsidR="00C241FE" w:rsidRDefault="00715EBE">
      <w:pPr>
        <w:rPr>
          <w:rFonts w:hint="eastAsia"/>
        </w:rPr>
      </w:pPr>
      <w:r>
        <w:t>Where did spending increase? ______________________________________________</w:t>
      </w:r>
    </w:p>
    <w:p w:rsidR="00C241FE" w:rsidRDefault="00715EBE">
      <w:pPr>
        <w:rPr>
          <w:rFonts w:hint="eastAsia"/>
        </w:rPr>
      </w:pPr>
      <w:r>
        <w:t>What expenses can be reduced? _____________________________________________</w:t>
      </w:r>
    </w:p>
    <w:p w:rsidR="00C241FE" w:rsidRDefault="00715EBE">
      <w:pPr>
        <w:rPr>
          <w:rFonts w:hint="eastAsia"/>
        </w:rPr>
      </w:pPr>
      <w:r>
        <w:t xml:space="preserve">Did the </w:t>
      </w:r>
      <w:r>
        <w:t>business meet its income target?  Yes / No</w:t>
      </w:r>
    </w:p>
    <w:p w:rsidR="00C241FE" w:rsidRDefault="00715EBE">
      <w:pPr>
        <w:rPr>
          <w:rFonts w:hint="eastAsia"/>
        </w:rPr>
      </w:pPr>
      <w:r>
        <w:t>Top financial priority for next period: ____________________________________</w:t>
      </w:r>
    </w:p>
    <w:p w:rsidR="00C241FE" w:rsidRDefault="00715EBE">
      <w:pPr>
        <w:rPr>
          <w:rFonts w:hint="eastAsia"/>
        </w:rPr>
      </w:pPr>
      <w:r>
        <w:t>Additional notes: ________________________________________________________</w:t>
      </w:r>
    </w:p>
    <w:p w:rsidR="00C241FE" w:rsidRDefault="00715EBE">
      <w:pPr>
        <w:rPr>
          <w:rFonts w:hint="eastAsia"/>
        </w:rPr>
      </w:pPr>
      <w:r>
        <w:rPr>
          <w:b/>
          <w:sz w:val="26"/>
        </w:rPr>
        <w:t>10. FINANCIAL ACTION PLAN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02"/>
        <w:gridCol w:w="2102"/>
        <w:gridCol w:w="2102"/>
        <w:gridCol w:w="2102"/>
        <w:gridCol w:w="2102"/>
      </w:tblGrid>
      <w:tr w:rsidR="00C241FE">
        <w:trPr>
          <w:jc w:val="center"/>
        </w:trPr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Action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Responsible Person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Deadline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Status</w:t>
            </w:r>
          </w:p>
        </w:tc>
        <w:tc>
          <w:tcPr>
            <w:tcW w:w="2102" w:type="dxa"/>
            <w:shd w:val="clear" w:color="auto" w:fill="D9EAF7"/>
            <w:vAlign w:val="center"/>
          </w:tcPr>
          <w:p w:rsidR="00C241FE" w:rsidRDefault="00715EBE">
            <w:pPr>
              <w:rPr>
                <w:rFonts w:hint="eastAsia"/>
              </w:rPr>
            </w:pPr>
            <w:r>
              <w:rPr>
                <w:b/>
                <w:sz w:val="16"/>
              </w:rPr>
              <w:t>Notes</w:t>
            </w: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  <w:tr w:rsidR="00C241FE">
        <w:trPr>
          <w:jc w:val="center"/>
        </w:trPr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  <w:tc>
          <w:tcPr>
            <w:tcW w:w="2102" w:type="dxa"/>
            <w:vAlign w:val="center"/>
          </w:tcPr>
          <w:p w:rsidR="00C241FE" w:rsidRDefault="00C241FE">
            <w:pPr>
              <w:rPr>
                <w:rFonts w:hint="eastAsia"/>
              </w:rPr>
            </w:pPr>
          </w:p>
        </w:tc>
      </w:tr>
    </w:tbl>
    <w:p w:rsidR="00C241FE" w:rsidRDefault="00715EBE">
      <w:pPr>
        <w:jc w:val="center"/>
        <w:rPr>
          <w:rFonts w:hint="eastAsia"/>
        </w:rPr>
      </w:pPr>
      <w:r>
        <w:rPr>
          <w:i/>
          <w:sz w:val="16"/>
        </w:rPr>
        <w:t>Template note: Customize categories, targets and reporting periods to suit your business.</w:t>
      </w:r>
    </w:p>
    <w:sectPr w:rsidR="00C241FE" w:rsidSect="00034616"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15EBE"/>
    <w:rsid w:val="00AA1D8D"/>
    <w:rsid w:val="00B47730"/>
    <w:rsid w:val="00C241F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AD8471D2-70EA-42BF-8489-36AB75B8A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C9EA9AD-DF1F-424E-9A3C-0E37F323A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1916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account</cp:lastModifiedBy>
  <cp:revision>2</cp:revision>
  <dcterms:created xsi:type="dcterms:W3CDTF">2026-08-13T11:26:00Z</dcterms:created>
  <dcterms:modified xsi:type="dcterms:W3CDTF">2026-08-13T11:26:00Z</dcterms:modified>
  <cp:category/>
</cp:coreProperties>
</file>